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Student I Can Tracker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Tick a box for each goal. Update it at the Checkpoint Review (Lesson 8) and at the end.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368"/>
        <w:gridCol w:w="4968"/>
        <w:gridCol w:w="1368"/>
        <w:gridCol w:w="1656"/>
        <w:gridCol w:w="1080"/>
      </w:tblGrid>
      <w:tr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Lesson</w:t>
            </w:r>
          </w:p>
        </w:tc>
        <w:tc>
          <w:tcPr>
            <w:tcW w:type="dxa" w:w="49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 can ...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yet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Getting there</w:t>
            </w:r>
          </w:p>
        </w:tc>
        <w:tc>
          <w:tcPr>
            <w:tcW w:type="dxa" w:w="10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Yes</w:t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why Canada's story begins with First Peoples.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compare early newcomers to Canada.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3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who built and settled the West.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4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laws closed the door to some newcomers.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5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describe arriving in Canada after the war.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6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the points system changed immigration.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7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Canada has welcomed refugees.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8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immigration changed over time.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9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Canada made symbols of its own.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10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bilingualism and multiculturalism.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who tells Canada's story and why it matters.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how immigration and identity changed Canada.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One thing I am proud of: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thing I want to work on next: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